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סרטונים חינוכיים – צופים, משוחחים, כותבים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סרטונים חינוכיים: צופים, משוחחים, כותבים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צפייה פעילה בסרטון – לפני, במהלך ואחרי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רגשות דמויות ולנסח עבורן דיבוב קצר ומדויק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משפטים קצרים ותובנות המבוססים על תוכן הסרטון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מסרי הסרטונים (התמדה, שיתוף פעולה, חסד) לחיי היומיום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צופים בעיניים פקוחות: שאלות לפני, בזמן ואחרי הצפייה – זיהוי וזכירה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הפינגווינים והאורקה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להטות את משטח הקרח כדי שיחליקו אליה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מעשה טוב קטן עובר מאדם לאדם וחוזר למי שהתחיל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צופים בעיניים פקוחות: שאלות לפני, בזמן ואחרי הצפייה – נכון/לא נכון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מתואר בתחילת הסרטון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המוביל מתחלף כשהוא מתעייף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צופים בעיניים פקוחות: שאלות לפני, בזמן ואחרי הצפייה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נחייה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נחלש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צופים בעיניים פקוחות: שאלות לפני, בזמן ואחרי הצפייה – התאמת סרטון לערך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(תושייה וכוחה של קבוצה)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(שיתוף פעולה ומנהיגות מתחלפת)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(חסד ונתינה ושרשרת של טוב)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(התמדה ואמונה בעצמי)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(סבלנות והתמדה)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קוראים רגשות מהפרצופים ומדבבים את הדמויות – זוכרים מהסרטים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צופים בסרט ומתארים את הדמויות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לפי הבעות פנים ושפת גוף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קוראים רגשות מהפרצופים ומדבבים את הדמויות – בודקים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פיפ מתאמנת ונכשלת כמה פעמים לפני שהיא מצליחה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האורקה מנסה להטות את משטח הקרח כדי שהפינגווינים יחליקו אליה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קוראים רגשות מהפרצופים ומדבבים את הדמויות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 שהתחיל אותו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קוראים רגשות מהפרצופים ומדבבים את הדמויות – מתאימים רגש לדמות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(מתוסכלת)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(גאה)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(מקווה)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(מפחד)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(מופתעת)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כותבים על מה שראינו: כרטיסי כתיבה ודף צפייה – זוכרים מהסרטונים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פיפ – כלבה קטנה עם חלום 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מעשה טוב קטן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כותבים על מה שראינו: כרטיסי כתיבה ודף צפייה – עובדות ומושגים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הסרטון כמעט בלי מילים, והסיפור מסופר דרך תנועה והבעות פנים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בדיוק מתואר בשלב כתיבת השורות בפעילות הדיבוב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כותבים על מה שראינו: כרטיסי כתיבה ודף צפייה – השלמת מילה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שער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3 · כותבים על מה שראינו: כרטיסי כתיבה ודף צפייה – התאמת סרטון לערך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(עבודת צוות ותושייה)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(התמדה וסבלנות)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(חסד ושרשרת של טוב)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(אמונה בעצמי והתמדה)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(שיתוף פעולה ומנהיגות מתחלפת)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תובנות, ערכים וחוסן מתוך הסרטונים – התאמת ערכים לסרטונים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(עבודת צוות ותושייה מול סכנה משותפת)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(התמדה וסבלנות בדרך ללמידה)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(שיתוף פעולה ומנהיגות מתחלפת)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(חסד שעובר משרשרת לשרשרת)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(אמונה עצמית למרות כישלונות)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תובנות, ערכים וחוסן מתוך הסרטונים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אווז אחר תופס את מקומו בהובלה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מעשה טוב קטן יכול לעבור משרשרת לשרשרת ולחזור למי שהתחיל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כישלון זמני אפשר להתגבר עליו בעזרת תרגול והתמדה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תובנות, ערכים וחוסן מתוך הסרטונים – סדר השיעורים מאווזי הבר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מבנה ה-V מאפשר ללהקה כולה לעוף רחוק יותר ביחד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כשהאווז המוביל מתעייף, אווז אחר תופס את מקומו בהובלה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הלהקה משמיעה קול עידוד כדי לחזק את המובילים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כשאווז נפגע או נחלש, אווזים אחרים נשארים לידו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4 · תובנות, ערכים וחוסן מתוך הסרטונים – מחשבה וכתיבה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המזכירה ערך אחד מהסרטונים ומסבירה מדוע הוא חשוב לכותב/ת, עם דוגמה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תיאור מצב אישי שבו מעשה טוב קטן עבר הלאה או יכול היה לעבור הלאה, בדומה לעלילת הסרטון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חידון וסיכום: מה למדנו מכל סרטון – זוכרים את הפרטים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אורקה רעבה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ללמוד אצל המורה הזקן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בית ספר לכלבי נחייה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חידון וסיכום: מה למדנו מכל סרטון – נכון או לא נכון ומשלימים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המוביל מתחלף כשהוא מתעייף, ואווז אחר תופס את מקומו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בדיוק הרעיון בשם הסרטון – כמו בומרנג שחוזר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חידון וסיכום: מה למדנו מכל סרטון – השלמות והתאמות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V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קרח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5 · חידון וסיכום: מה למדנו מכל סרטון – מתאימים סרטון לשיעור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(כוחה של קבוצה ותושייה)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(התמדה וסבלנות)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(מנהיגות מתחלפת ועידוד הדדי)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(מעשה טוב חוזר למי שהתחיל אותו)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(אמונה בעצמי למרות כישלונות)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השאלה לפני מתייחסת לציפייה, השאלה אחרי מתייחסת למסקנה או לתובנה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הרגשות מתאימים למה שרואים בעיניים, בפה ובתנועת הדמות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נכונה: פיפ/התלמיד שחיכה בשער להתמדה, הפינגווינים/אווזי הבר לשיתוף 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לחמש פגישות – פרק אחד לכל סרטון, לפי סדר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לתת מחסן מילים לרגשות ולדיבוב במקום כתיבה חופשית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לחיזוק – להוסיף משימת דיבוב קבוצתית בעל פה לפני הכתיבה האישית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לסיים כל פגישה בדיון קצר שמחבר בין מסר הסרטון לדוגמה מהכיתה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סרטונים חינוכיים – צופים, משוחחים, כותבים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סרטונים חינוכיים: צופים, משוחחים, כותבים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בכל פרק תצפו קודם בסרטון, ואז תענו על שאלות ותכתבו תשובות קצרות וברורות. אפשר לעבוד לבד או בזוגות, ולדבר על התשובה בעל פה לפני שכותבים אותה.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צופים בעיניים פקוחות: שאלות לפני, בזמן ואחרי הצפייה – זיהוי וזכירה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סרטון קבוצת פינגווינים עומדת מול אורקה רעבה?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הפינגווינים והאורקה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פיפ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בומרנג של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שיעור אווזי הבר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האורקה מנסה לעשות לפינגווינים?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להטות את משטח הקרח כדי שיחליקו אליה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לדבר איתם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לשחות מהר יותר מהם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לקרוא להם לעזרה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קורה בסיפור של 'בומרנג של טוב'?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מעשה טוב קטן עובר מאדם לאדם וחוזר למי שהתחיל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תחרות ריצה ברחוב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שיעור בבית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מסיבת יום הולדת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צופים בעיניים פקוחות: שאלות לפני, בזמן ואחרי הצפייה – נכון/לא נכון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בסרטון 'התלמיד שחיכה בשער' הנער מטפס להר כדי ללמוד אצל מורה זקן.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בסרטון 'שיעור אווזי הבר' האווז המוביל נשאר קבוע ולא מתחלף לאורך כל הטיסה.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צופים בעיניים פקוחות: שאלות לפני, בזמן ואחרי הצפייה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בסרטון פיפ, הכלבה הקטנה מתאמנת כדי להיות כלבת __________ לעיוורים.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בסרטון אווזי הבר, כשאווז __________ בלהקה, אווזים אחרים נשארים איתו.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צופים בעיניים פקוחות: שאלות לפני, בזמן ואחרי הצפייה – התאמת סרטון לערך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הפינגווינים והאורקה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סבלנות והתמדה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שיעור אווזי הבר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תושייה וכוחה של קבוצה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בומרנג של טוב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שיתוף פעולה ומנהיגות מתחלפת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פיפ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חסד ונתינה ושרשרת של טוב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התלמיד שחיכה בשער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התמדה ואמונה בעצמי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קוראים רגשות מהפרצופים ומדבבים את הדמויות – זוכרים מהסרטים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בשלב הראשון של הכנה לדיבוב סרט, מה עושים קודם כל?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מדבבים מיד בלי הכנה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צופים בסרט ומתארים את הדמויות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כותבים תסריט מלא מראש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מוסיפים מוזיקת רקע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בסרט בלי מילים, איך אפשר לדעת מה דמות מרגישה?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לפי הבעות פנים ושפת 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לפי כתוביות על המסך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לפי צבע הבגדים של הדמות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לפי שם הדמות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קוראים רגשות מהפרצופים ומדבבים את הדמויות – בודקים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בסרט "פיפ" הכלבה מצליחה כבר בניסיון הראשון בלי שום כישלון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בסרט "הפינגווינים והאורקה" יש אורקה רעבה שמנסה להטות את הקרח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קוראים רגשות מהפרצופים ומדבבים את הדמויות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בסרט "בומרנג של טוב" מעשה טוב קטן עובר מאדם לאדם ובסוף חוזר אל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2 · קוראים רגשות מהפרצופים ומדבבים את הדמויות – מתאימים רגש לדמות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פיפ בתחילת האימונים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מופתעת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פיפ אחרי שהצליחה בתרגיל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מקווה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הנער שמחכה בשער בסבלנות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מתוסכלת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פינגווין מפוחד על הקרח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גאה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האישה ברחוב שמקבלת עזרה בהפתעה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מפחד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כותבים על מה שראינו: כרטיסי כתיבה ודף צפייה – זוכרים מהסרטונים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סרטון מככבת כלבה שמתאמנת להיות כלבת נחייה?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הפינגווינים והאורקה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פיפ – כלבה קטנה עם חלום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בומרנג של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שיעור אווזי הבר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בסרטון בומרנג של טוב, מה עובר מאדם לאדם לאורך כל הסרטון?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מעשה טוב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מתנה יקרה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כותבים על מה שראינו: כרטיסי כתיבה ודף צפייה – עובדות ומושגים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בסרטון הפינגווינים והאורקה יש הרבה דיבור ומשפטים ארוכים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בכרטיסי כתיבה כל קבוצה כותבת לדמות שלה בין שניים לארבעה משפטים קצרים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כותבים על מה שראינו: כרטיסי כתיבה ודף צפייה – השלמת מילה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בסרטון התלמיד שחיכה בשער, הנער מחכה בפתח ה__________ למורה הזקן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3 · כותבים על מה שראינו: כרטיסי כתיבה ודף צפייה – התאמת סרטון לערך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הפינגווינים והאורקה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התמדה וסבלנות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התלמיד שחיכה בשער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אמונה בעצמי והתמדה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בומרנג של טוב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שיתוף פעולה ומנהיגות מתחלפת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פיפ – כלבה קטנה עם חלום גדול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עבודת צוות ותושייה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שיעור אווזי הבר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חסד ושרשרת של טוב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תובנות, ערכים וחוסן מתוך הסרטונים – התאמת ערכים לסרטונים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הפינגווינים והאורקה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התמדה וסבלנות בדרך ללמידה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התלמיד שחיכה בשער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חסד שעובר משרשרת לשרשרת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שיעור אווזי הבר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אמונה עצמית למרות כישלונות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בומרנג של טוב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עבודת צוות ותושייה מול סכנה משותפת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פיפ – כלבה קטנה עם חלום גדול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שיתוף פעולה ומנהיגות מתחלפת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תובנות, ערכים וחוסן מתוך הסרטונים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עושה הלהקה באווזי הבר כשהאווז המוביל מתעייף?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ממשיך להוביל לבד עד הסוף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אווז אחר תופס את מקומו בהובלה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הלהקה מתפרקת לקבוצות קטנות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הלהקה נוחתת ומפסיקה לעוף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אפשר ללמוד מהסרטון בומרנג של טוב על השפעה?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מעשה טוב נעלם מיד ולא משפיע על 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מעשה טוב קטן יכול לעבור משרשרת לשרשרת ולחזור למי שהתחיל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מבוגרים יכולים לעשות מעשים טובים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אפשר לעשות מעשה טוב פעם אחת בלבד בחיים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בסרטון על פיפ – מה ההבדל בין כישלון זמני להפסקה סופית?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שום הבדל ביניהם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כישלון זמני אפשר להתגבר עליו בעזרת תרגול והתמדה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כישלון תמיד סופי ואי אפשר לשנות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פיפ מוותרת מיד אחרי הנפילה הראשונה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תובנות, ערכים וחוסן מתוך הסרטונים – סדר השיעורים מאווזי הבר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כשהאווז המוביל מתעייף, אווז אחר תופס את מקומו בהובלה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כשאווז נפגע או נחלש, אווזים אחרים נשארים לידו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מבנה ה-V מאפשר ללהקה כולה לעוף רחוק יותר ביחד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הלהקה משמיעה קול עידוד כדי לחזק את המובילים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4 · תובנות, ערכים וחוסן מתוך הסרטונים – מחשבה וכתיבה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מתוך כל הערכים שבסרטונים (עבודת צוות, התמדה, שיתוף פעולה, חסד, אמונה עצמית) – איזה ערך הכי מתחבר אליכם? כתבו ונמקו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מצב מהחיים שלכם שבו אפשר היה ליישם את רעיון שרשרת הטוב מהסרטון בומרנג של טוב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חידון וסיכום: מה למדנו מכל סרטון – זוכרים את הפרטים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בסרטון "הפינגווינים והאורקה", מי מנסה להטות את משטח הקרח?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פינגווין אחר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אורקה רעבה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גל ענק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רוח חזקה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בסרטון "התלמיד שחיכה בשער", מה הנער רוצה?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ללמוד אצל המורה הזקן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לטפס על ההר לשם 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למכור משהו במקדש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לבקר 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בסרטון "פיפ", באיזה בית ספר פיפ מתאמנת?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בית ספר לכלבי נחייה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בית ספר לכלבי משטרה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בית ספר לכלבי רועים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בית ספר לכלבי הצלה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חידון וסיכום: מה למדנו מכל סרטון – נכון או לא נכון ומשלימים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בסרטון "שיעור אווזי הבר", אותו אווז נשאר מוביל לאורך כל הטיסה.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בסרטון "בומרנג של טוב", מעשה הטוב עובר מאדם לאדם ובסוף חוזר למי שהתחיל אותו.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5 · חידון וסיכום: מה למדנו מכל סרטון – השלמות והתאמות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בסרטון "שיעור אווזי הבר", הלהקה עפה במבנה של האות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בסרטון "הפינגווינים והאורקה", הפינגווינים עומדים על משטח __________ צף.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פרק 5 · חידון וסיכום: מה למדנו מכל סרטון – מתאימים סרטון לשיעור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הפינגווינים והאורקה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מעשה טוב חוזר למי שהתחיל אותו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התלמיד שחיכה בשער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אמונה בעצמי למרות כישלונות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שיעור אווזי הבר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כוחה של קבוצה ותושייה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בומרנג של טוב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מנהיגות מתחלפת ועידוד הדדי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פיפ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התמדה וסבלנות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לכתוב שאלה אחת לפני צפייה ושאלה אחת אחרי צפייה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יכול/ה לזהות שלושה רגשות שונים מהבעות פנים של דמות בסרטון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להסביר באיזה סרטון למדתי על התמדה ובאיזה על שיתוף פעולה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סרטונים חינוכיים: צופים, משוחחים, כותבים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