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סרטונים חינוכיים: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צפייה פעילה בסרטון – לפני, במהלך ואחרי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דמויות ולנסח עבורן דיבוב קצר ומדויק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קצרים ותובנות המבוססים על תוכן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מסרי הסרטונים (התמדה, שיתוף פעולה, חסד)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צופים בעיניים פקוחות: שאלות לפני, בזמן ואחרי הצפייה – זיהוי וזכירה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הפינגווינים והאורקה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להטות את משטח הקרח כדי שיחליקו 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צופים בעיניים פקוחות: שאלות לפני, בזמן ואחרי הצפייה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בתחילת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המוביל מתחלף כשהוא מתעייף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צופים בעיניים פקוחות: שאלות לפני, בזמן ואחרי הצפייה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צופים בעיניים פקוחות: שאלות לפני, בזמן ואחרי הצפייה – התאמת סרטון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(תושייה וכוחה של 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(שיתוף פעולה ומנהיגות מתחלפת)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(חסד ונתינה ושרשרת של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(התמדה ואמונה בעצמי)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קוראים רגשות מהפרצופים ומדבבים את הדמויות – זוכרים מהסרטים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צופים בסרט ומתארים את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לפי הבעות פנים ושפת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קוראים רגשות מהפרצופים ומדבבים את הדמויות – בודקים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פיפ מתאמנת ונכשלת כמה פעמים לפני שהיא מצליחה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האורקה מנסה להטות את משטח הקרח כדי שהפינגווינים יחליקו 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קוראים רגשות מהפרצופים ומדבבים את הדמויות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 שהתחיל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קוראים רגשות מהפרצופים ומדבבים את הדמויות – מתאימים רגש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(מתוסכלת)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(מפחד)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כותבים על מה שראינו: כרטיסי כתיבה ודף צפייה – זוכרים מהסרטונים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פיפ – כלבה קטנה עם חלום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מעשה טוב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כותבים על מה שראינו: כרטיסי כתיבה ודף צפייה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הסרטון כמעט בלי מילים, והסיפור מסופר דרך תנועה והבעות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בדיוק מתואר בשלב כתיבת השורות בפעילות הדיבוב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כותבים על מה שראינו: כרטיסי כתיבה ודף צפייה – השלמת מילה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כותבים על מה שראינו: כרטיסי כתיבה ודף צפייה – התאמת סרטון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(עבודת צוות ותושייה)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(התמדה וסבלנות)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(חסד ושרשרת של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(אמונה בעצמי והתמדה)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תובנות, ערכים וחוסן מתוך הסרטונים – התאמת ערכים לסרטונים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(עבודת צוות ותושייה מול סכנה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(התמדה וסבלנות בדרך ללמידה)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(שיתוף פעולה ומנהיגות מתחלפת)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(חסד שעובר משרשרת לשרשרת)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תובנות, ערכים וחוסן מתוך הסרטונים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אווז אחר תופס את מקומו בהובלה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מעשה טוב קטן יכול לעבור משרשרת לשרשרת ולחזור למי שהתחיל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תובנות, ערכים וחוסן מתוך הסרטונים – סדר השיעורים מאווזי הבר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מבנה ה-V מאפשר ללהקה כולה לעוף רחוק יותר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כשהאווז המוביל מתעייף, אווז אחר תופס את מקומו בהובלה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תובנות, ערכים וחוסן מתוך הסרטונים – מחשבה וכתיבה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חידון וסיכום: מה למדנו מכל סרטון – זוכרים את הפרטים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אורקה רעבה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ללמוד אצל המורה הזקן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חידון וסיכום: מה למדנו מכל סרטון – נכון או לא נכון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המוביל מתחלף כשהוא מתעייף, ואווז אחר תופס את מקומו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הרעיון בשם הסרטון – כמו בומרנג שחוזר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חידון וסיכום: מה למדנו מכל סרטון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חידון וסיכום: מה למדנו מכל סרטון – מתאימים סרטון לשיעור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(כוחה של קבוצה ותושייה)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(התמדה וסבלנות)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(מנהיגות מתחלפת ועידוד הדדי)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(מעשה טוב חוזר למי שהתחיל אותו)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לפני מתייחסת לציפייה, השאלה אחרי מתייחסת למסקנה או לתובנה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הרגשות מתאימים למה שרואים בעיניים, בפה ובתנועת הדמות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נכונה: פיפ/התלמיד שחיכה בשער להתמדה, הפינגווינים/אווזי הבר לשיתוף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לחמש פגישות – פרק אחד לכל סרטון, לפי סדר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מחסן מילים לרגשות ולדיבוב במקום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 – להוסיף משימת דיבוב קבוצתית בעל פה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פגישה בדיון קצר שמחבר בין מסר הסרטון לדוגמה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סרטונים חינוכיים: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תצפו קודם בסרטון, ואז תענו על שאלות ותכתבו תשובות קצרות וברורות. אפשר לעבוד לבד או בזוגות, ולדבר על התשובה בעל פה לפני שכותבים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נחלש  ·  מי שהתחיל אותו  ·  שער  ·  קרח  ·  V  ·  נחייה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צופים בעיניים פקוחות: שאלות לפני, בזמן ואחרי הצפייה – זיהוי וזכירה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סרטון קבוצת פינגווינים עומדת מול אורקה רעבה?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הפינגווינים והאורקה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בומרנג של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האורקה מנסה לעשות לפינגווינים?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להטות את משטח הקרח כדי שיחליקו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לדבר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לשחות מהר יותר מהם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צופים בעיניים פקוחות: שאלות לפני, בזמן ואחרי הצפייה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בסרטון 'התלמיד שחיכה בשער' הנער מטפס להר כדי ללמוד אצל מורה זקן.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בסרטון 'שיעור אווזי הבר' האווז המוביל נשאר קבוע ולא מתחלף לאורך כל הטיסה.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צופים בעיניים פקוחות: שאלות לפני, בזמן ואחרי הצפייה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בסרטון פיפ, הכלבה הקטנה מתאמנת כדי להיות כלבת __________ לעיוורים.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בסרטון אווזי הבר, כשאווז __________ בלהקה, אווזים אחרים נשארים איתו.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צופים בעיניים פקוחות: שאלות לפני, בזמן ואחרי הצפייה – התאמת סרטון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התמדה ואמונה בעצמי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תושייה וכוחה של 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שיתוף פעולה ומנהיגות מתחלפת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חסד ונתינה ושרשרת של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קוראים רגשות מהפרצופים ומדבבים את הדמויות – זוכרים מהסרטים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בשלב הראשון של הכנה לדיבוב סרט, מה עושים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מדבבים מיד בלי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צופים בסרט ומתארים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תסריט מלא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בסרט בלי מילים, איך אפשר לדעת מה דמות מרגישה?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לפי הבעות פנים ושפת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לפי כתוביות על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לפי צבע הבגדים של הדמות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קוראים רגשות מהפרצופים ומדבבים את הדמויות – בודקים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 "פיפ" הכלבה מצליחה כבר בניסיון הראשון בלי שום כישלון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 "הפינגווינים והאורקה" יש אורקה רעבה שמנסה להטות את הקרח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קוראים רגשות מהפרצופים ומדבבים את הדמויות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בסרט "בומרנג של טוב" מעשה טוב קטן עובר מאדם לאדם ובסוף חוזר אל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קוראים רגשות מהפרצופים ומדבבים את הדמויות – מתאימים רגש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פיפ בתחילת האימונים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פיפ אחרי שהצליחה בתרגיל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הנער שמחכה בשער בסבלנות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פינגווין מפוחד על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מתוסכלת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כותבים על מה שראינו: כרטיסי כתיבה ודף צפייה – זוכרים מהסרטונים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סרטון מככבת כלבה שמתאמנת להיות כלבת נחייה?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הפינגווינים והאורקה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פיפ – כלבה קטנה עם חלום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בומרנג של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בסרטון בומרנג של טוב, מה עובר מאדם לאדם לאורך כל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מעשה טוב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כותבים על מה שראינו: כרטיסי כתיבה ודף צפייה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בסרטון הפינגווינים והאורקה יש הרבה דיבור ומשפטים ארוכים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בכרטיסי כתיבה כל קבוצה כותבת לדמות שלה בין שניים לארבעה משפטים קצרים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כותבים על מה שראינו: כרטיסי כתיבה ודף צפייה – השלמת מילה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בסרטון התלמיד שחיכה בשער, הנער מחכה בפתח ה__________ למורה הזקן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כותבים על מה שראינו: כרטיסי כתיבה ודף צפייה – התאמת סרטון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התמדה וסבלנות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עבודת צוות ותושייה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אמונה בעצמי והתמדה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פיפ – כלבה קטנה עם חלום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חסד ושרשרת של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תובנות, ערכים וחוסן מתוך הסרטונים – התאמת ערכים לסרטונים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שיתוף פעולה ומנהיגות מתחלפת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חסד שעובר משרשרת לשרשרת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עבודת צוות ותושייה מול סכנה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התמדה וסבלנות בדרך ללמידה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תובנות, ערכים וחוסן מתוך הסרטונים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עושה הלהקה באווזי הבר כשהאווז המוביל מתעייף?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ממשיך להוביל לבד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אווז אחר תופס את מקומו בהובלה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הלהקה מתפרקת לקבוצות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אפשר ללמוד מהסרטון בומרנג של טוב על השפעה?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מעשה טוב נעלם מיד ולא משפיע על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מעשה טוב קטן יכול לעבור משרשרת לשרשרת ולחזור למי שהתחיל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מבוגרים יכולים לעשות מעשים טובים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תובנות, ערכים וחוסן מתוך הסרטונים – סדר השיעורים מאווזי הבר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כשהאווז המוביל מתעייף, אווז אחר תופס את מקומו בהובלה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מבנה ה-V מאפשר ללהקה כולה לעוף רחוק יותר ביחד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4 · תובנות, ערכים וחוסן מתוך הסרטונים – מחשבה וכתיבה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חידון וסיכום: מה למדנו מכל סרטון – זוכרים את הפרטים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בסרטון "הפינגווינים והאורקה", מי מנסה להטות את משטח הקרח?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פינגווין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אורקה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גל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בסרטון "התלמיד שחיכה בשער", מה הנער רוצה?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ללמוד אצל המורה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לטפס על ההר לשם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למכור משהו במקדש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חידון וסיכום: מה למדנו מכל סרטון – נכון או לא נכון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בסרטון "שיעור אווזי הבר", אותו אווז נשאר מוביל לאורך כל הטיסה.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בסרטון "בומרנג של טוב", מעשה הטוב עובר מאדם לאדם ובסוף חוזר למי שהתחיל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חידון וסיכום: מה למדנו מכל סרטון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בסרטון "שיעור אווזי הבר", הלהקה עפה במבנה של האות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בסרטון "הפינגווינים והאורקה", הפינגווינים עומדים על משטח __________ צף.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5 · חידון וסיכום: מה למדנו מכל סרטון – מתאימים סרטון לשיעור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הפינגווינים והאורקה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מעשה טוב חוזר למי שהתחיל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התלמיד שחיכה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מנהיגות מתחלפת ועידוד הדדי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שיעור אווזי הבר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התמדה וסבלנות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בומרנג של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כוחה של קבוצה ותושייה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לכתוב שאלה אחת לפני צפייה ושאלה אחת אחרי צפייה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לזהות שלושה רגשות שונים מהבעות פנים של דמות בסרטון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סרטונים חינוכיים: צופים, משוחחים, כותבים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